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שמביאות אנרגיה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אנרגיה מגיעה אלינו ממקומות רחוקים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אנרגיה שונים ואת היתרון בגיוון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טקסט מידע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מכליות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שמש ורוח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גם באוכל לא כדאי להסתמך על מאכל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הדלק עלול להגיע מאוחר והמחיר עלול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הן אינן מזהמות את האוויר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רבות מהן משתמשות בגז טבעי או בדלק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מציין שמכליות מובילות גז וגם 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אם מקור אחד נעצר, האחרים ממשיכים לספק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בלילה אין שמש ולפעמים אין רוח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בטקסט על מעברים ימיים 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טורבינה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סולארי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מקור אנרגיה לסוג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(מקור מתחדש)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(מקור מתחדש)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(דלק מחצבי)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(דלק מחצבי)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(מקור מתחדש)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כשמקור אחד מתעכב או לא זמין, האחרים ממשיכים לספק חשמל, וכך לא נשארים בלי אנרגיה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האונייה מביאה דלק או גז שמגיע לתחנת כוח שמייצרת חשמל, וזה מגיע לבית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אגירת חשמל בסוללות גדולות, שילוב מקור נוסף כמו גז, קניית חשמל ממדינה שכנה, בניית תחנות כוח גיבוי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שמש, רוח או מים זורמים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שלא תהיה תלות במקור אחד שעלול להתעכב או להיפסק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כמה מכשירים חשמליים פועלים כרגע בכיתה, כדי לחבר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מפת עולם ולהראות מעברים ימיים צרים ומסלולי שיט של מכליות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והמשימה הפתוחה מתאימות לעבודה בזוגות או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שמביאות אנרגיה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עוסק בדרך שבה דלק וגז מגיעים אלינו באוניות ענק דרך הים, ובחשיבות של שימוש במספר מקורות אנרגיה 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נקראות האוניות שמובילות דלק וגז?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סירות דייג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אוניות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מקורות אנרגיה מוזכרים בטקסט כדרך לגוון?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פחם ועץ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 ורוח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נפט ופחם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הטקסט משווה גיוון אנרגיה לתזונה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גם באוכל לא כדאי להסתמך על מאכל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אנרגיה עשויה מאוכל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מכליות מובילות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מזגן צורך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אם יש עיכוב במעבר ימי צר שבו עוברות מכליות?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הדלק מגיע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הדלק עלול להגיע מאוחר והמחיר עלול לעלות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שום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המכלית הופכת לספינת דיג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היתרון הנוסף של שמש ורוח מלבד הגיוון?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זמינות בכל שעה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אינן מזהמות את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מגיעות במכליות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בשום ציוד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תחנות הכוח בעולם עובדות רק על אנרגיית 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 טבעי מובל לפעמים באוניות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גיוון מקורות אנרגיה עוזר למדינה כשמקור אחד מתעכב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והרוח זמינות בכל רגע ביום ובלילה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עיכוב במעבר ימי, המחיר של הדלק עלול לעלות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אוניות ענק שמובילות דלק וגז 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מכונה גדולה שהופכת רוח לחשמל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מכשיר שהופך אור שמש לחשמל נקרא לוח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כשמשתמשים בכמה מקורות אנרגיה ביחד זה נקרא __________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שמש ורוח הן מקורות אנרגיה __________ כי הן לא נגמרות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מקור אנרגיה לסוג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לוח סולארי על הגג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דלק מחצבי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טורבינת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מקור מתחדש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 טבעי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דלק מחצבי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מקור מתחדש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מים זורמים בסכר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מקור מתחדש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כדאי למדינה להשתמש בכמה מקורות אנרגיה ולא רק באחד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אונייה שחוצה את הים לבין המזגן שנדלק 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שתי דרכים שבהן מדינה יכולה להבטיח חשמל גם בלילה או בימים בלי רוח, כשהיא מסתמכת על שמש ורוח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לאוניות שמובילות דלק וגז?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למקור אנרגיה מתחדש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למדינה לגוון את מקורות האנרגיה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אוניות שמביאות אנרגיה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