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שמביאות אנרגיה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אנרגיה מגיעה אלינו ממקומות רחוקים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אנרגיה שונים ואת היתרון בגיוון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טקסט מידע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שמש ורוח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גם באוכל לא כדאי להסתמך על מאכל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הדלק עלול להגיע מאוחר והמחיר עלול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 אינן מזהמות את האוויר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רבות מהן משתמשות בגז טבעי או בדלק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שמכליות מובילות גז וגם 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אם מקור אחד נעצר, האחרים ממשיכים לספק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בלילה אין שמש ולפעמים אין רוח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בטקסט על מעברים ימיים 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טורבינה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סולארי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מקור אנרגיה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(מקור 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(מקור 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(דלק מחצבי)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(דלק מחצבי)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(מקור מתחדש)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כשמקור אחד מתעכב או לא זמין, האחרים ממשיכים לספק חשמל, וכך לא נשארים בלי 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האונייה מביאה דלק או גז שמגיע לתחנת כוח שמייצרת חשמל, וזה מגיע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אגירת חשמל בסוללות גדולות, שילוב מקור נוסף כמו גז, קניית חשמל ממדינה שכנה, בניית תחנות כוח גיבוי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שמש, רוח או מים זורמים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תהיה תלות במקור אחד שעלול להתעכב או להיפסק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כמה מכשירים חשמליים פועלים כרגע בכיתה,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מפת עולם ולהראות מעברים ימיים צרים ומסלולי שיט של מכליות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והמשימה הפתוחה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שמביאות אנרגיה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דלק וגז מגיעים לארץ באוניות גדולות, ולמה טוב להשתמש בכמה סוגי אנרגיה ולא רק באחד.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גדולה שמובילה דלק או גז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כוח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מייצרים 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דלק שמשמש לייצור 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גיוון אנרגיה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בכמה מקורות אנרגיה שונים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סולארי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שהופך אור שמש לחשמל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טורבינת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מכונה גדולה שהופכת רוח לחשמל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ימי 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צר בים שבו עוברות הרבה 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מתחדש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אנרגיה שלא נגמר, כמו שמש ורוח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האוניות שמביאות דלק וגז?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סירות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אוניות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מקורות אנרגיה חדשים מוזכרים?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פחם ועץ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נפט ופחם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הטקסט מדבר על אוכל כשהוא מסביר על אנרגיה?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גם באוכל לא כדאי להסתמך על מאכל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אנרגיה עשויה מאוכל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מכליות מובילות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מזגן צורך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כשהתנועה בים מאטה?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הדלק מגיע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הדלק עלול להגיע מאוחר והמחיר עלול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המכלית הופכת לספינת דיג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טוב בשמש ורוח חוץ מזה שהן מגוונות?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זמינות בכל שעה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אינן מזהמות את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מגיעות במכליות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בשום ציוד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תחנות הכוח בעולם עובדות רק על אנרגיית 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 טבעי מובל לפעמים באוניות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גיוון מקורות אנרגיה עוזר למדינה כשמקור אחד מתעכב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והרוח זמינות בכל רגע ביום ובלילה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עיכוב במעבר ימי, המחיר של הדלק עלול לעלות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אוניות ענק שמובילות דלק וגז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מכונה גדולה שהופכת רוח לחשמל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מכשיר שהופך אור שמש לחשמל נקרא 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כשמשתמשים בכמה מקורות אנרגיה ביחד זה נקרא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שמש ורוח הן מקורות אנרגיה __________ כי הן לא נגמרות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מקור אנרגיה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לוח סולארי על 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דלק מחצבי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טורבינת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מקור 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 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דלק מחצבי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 זורמים בסכר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מקור מתחדש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למדינה להשתמש בכמה מקורות אנרגיה ולא רק באחד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אונייה שחוצה את הים לבין המזגן שנדלק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שתי דרכים שבהן מדינה יכולה להבטיח חשמל גם בלילה או בימים בלי רוח, כשהיא מסתמכת על שמש ורוח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לאוניות שמובילות דלק וגז?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למקור אנרגיה מתחדש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למדינה לגוון את מקורות האנרגיה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שמביאות אנרגיה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